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FORMAL LETTER OF RESIGNATION</w:t>
      </w:r>
    </w:p>
    <w:p>
      <w:r>
        <w:t>Date: September 29, 2026</w:t>
        <w:br/>
        <w:br/>
        <w:t>To:</w:t>
        <w:br/>
        <w:t>[Manager Name]</w:t>
        <w:br/>
        <w:t>[Company Name]</w:t>
        <w:br/>
        <w:t>[Company Address]</w:t>
      </w:r>
    </w:p>
    <w:p>
      <w:r>
        <w:t>Dear [Manager Name],</w:t>
      </w:r>
    </w:p>
    <w:p>
      <w:r>
        <w:t>Please accept this letter as formal notification that I am resigning from my position as [Your Job Title] at [Company Name]. My final working day will be [Two Weeks from Today, e.g., October 13, 2026].</w:t>
      </w:r>
    </w:p>
    <w:p>
      <w:r>
        <w:t>I want to express my sincere gratitude for the opportunities I have had during my time with [Company Name]. I have genuinely appreciated your guidance, support, and the chance to work alongside such a dedicated team.</w:t>
      </w:r>
    </w:p>
    <w:p>
      <w:r>
        <w:t>During my remaining two weeks, I am fully committed to ensuring a smooth transition of my duties. I will complete outstanding project milestones, document daily operating procedures, and assist in delegating responsibilities or training team members.</w:t>
      </w:r>
    </w:p>
    <w:p>
      <w:r>
        <w:t>I wish the company continued success in all future endeavors.</w:t>
      </w:r>
    </w:p>
    <w:p>
      <w:r>
        <w:t>Sincerely,</w:t>
        <w:br/>
        <w:br/>
        <w:t>_______________________</w:t>
        <w:br/>
        <w:t>[Your Name]</w:t>
        <w:br/>
        <w:t>[Your Contact Phone / Email]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